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31"/>
        <w:gridCol w:w="2155"/>
        <w:gridCol w:w="510"/>
        <w:gridCol w:w="3629"/>
      </w:tblGrid>
      <w:tr w:rsidR="00FA3F4C">
        <w:trPr>
          <w:cantSplit/>
          <w:trHeight w:hRule="exact" w:val="2750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85" w:type="dxa"/>
            </w:tcMar>
          </w:tcPr>
          <w:tbl>
            <w:tblPr>
              <w:tblW w:w="484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47"/>
            </w:tblGrid>
            <w:tr w:rsidR="00FA3F4C">
              <w:trPr>
                <w:cantSplit/>
                <w:trHeight w:hRule="exact" w:val="765"/>
              </w:trPr>
              <w:tc>
                <w:tcPr>
                  <w:tcW w:w="48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tbl>
                  <w:tblPr>
                    <w:tblW w:w="2438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438"/>
                  </w:tblGrid>
                  <w:tr w:rsidR="00CB3564" w:rsidTr="00CB3564">
                    <w:tc>
                      <w:tcPr>
                        <w:tcW w:w="243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CB3564" w:rsidRDefault="00CB3564">
                        <w:pPr>
                          <w:spacing w:line="240" w:lineRule="auto"/>
                        </w:pPr>
                        <w:r>
                          <w:rPr>
                            <w:noProof/>
                            <w:lang w:val="ru-RU" w:eastAsia="ru-RU"/>
                          </w:rPr>
                          <w:drawing>
                            <wp:anchor distT="0" distB="0" distL="114300" distR="114300" simplePos="0" relativeHeight="251660288" behindDoc="0" locked="0" layoutInCell="1" allowOverlap="1" wp14:anchorId="0257AD8F" wp14:editId="78A9FD32">
                              <wp:simplePos x="0" y="0"/>
                              <wp:positionH relativeFrom="column">
                                <wp:posOffset>146050</wp:posOffset>
                              </wp:positionH>
                              <wp:positionV relativeFrom="paragraph">
                                <wp:posOffset>-135255</wp:posOffset>
                              </wp:positionV>
                              <wp:extent cx="1219200" cy="551180"/>
                              <wp:effectExtent l="0" t="0" r="0" b="1270"/>
                              <wp:wrapNone/>
                              <wp:docPr id="7" name="Рисунок 7" descr="C:\Users\Vitte\AppData\Local\Microsoft\Windows\INetCache\Content.Word\bacs_rus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C:\Users\Vitte\AppData\Local\Microsoft\Windows\INetCache\Content.Word\bacs_rus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219200" cy="5511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</w:tbl>
                <w:p w:rsidR="00FA3F4C" w:rsidRDefault="00FA3F4C"/>
              </w:tc>
            </w:tr>
            <w:tr w:rsidR="00FA3F4C">
              <w:trPr>
                <w:cantSplit/>
                <w:trHeight w:hRule="exact" w:val="510"/>
              </w:trPr>
              <w:tc>
                <w:tcPr>
                  <w:tcW w:w="48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A3F4C" w:rsidRPr="001330FD" w:rsidRDefault="00FA3F4C">
                  <w:pPr>
                    <w:spacing w:line="460" w:lineRule="exact"/>
                    <w:rPr>
                      <w:sz w:val="28"/>
                      <w:szCs w:val="28"/>
                    </w:rPr>
                  </w:pPr>
                </w:p>
              </w:tc>
            </w:tr>
            <w:tr w:rsidR="00FA3F4C">
              <w:trPr>
                <w:cantSplit/>
                <w:trHeight w:hRule="exact" w:val="329"/>
              </w:trPr>
              <w:tc>
                <w:tcPr>
                  <w:tcW w:w="48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A3F4C" w:rsidRDefault="001330FD">
                  <w:pPr>
                    <w:spacing w:line="264" w:lineRule="exact"/>
                  </w:pPr>
                  <w:r w:rsidRPr="001330FD">
                    <w:rPr>
                      <w:rFonts w:cs="Arial"/>
                      <w:b/>
                      <w:sz w:val="28"/>
                      <w:szCs w:val="28"/>
                    </w:rPr>
                    <w:t>ОПРОСНЫЙ ЛИСТ</w:t>
                  </w:r>
                </w:p>
              </w:tc>
            </w:tr>
            <w:tr w:rsidR="00FA3F4C">
              <w:trPr>
                <w:cantSplit/>
                <w:trHeight w:hRule="exact" w:val="607"/>
              </w:trPr>
              <w:tc>
                <w:tcPr>
                  <w:tcW w:w="48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A3F4C" w:rsidRDefault="00AF2598">
                  <w:pPr>
                    <w:spacing w:line="610" w:lineRule="exact"/>
                  </w:pPr>
                  <w:r>
                    <w:rPr>
                      <w:rFonts w:cs="Arial"/>
                      <w:b/>
                      <w:color w:val="E30613"/>
                      <w:sz w:val="58"/>
                    </w:rPr>
                    <w:t>МИР</w:t>
                  </w:r>
                </w:p>
              </w:tc>
            </w:tr>
            <w:tr w:rsidR="00FA3F4C">
              <w:trPr>
                <w:cantSplit/>
                <w:trHeight w:hRule="exact" w:val="539"/>
              </w:trPr>
              <w:tc>
                <w:tcPr>
                  <w:tcW w:w="484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A3F4C" w:rsidRDefault="00AF2598">
                  <w:pPr>
                    <w:spacing w:line="222" w:lineRule="exact"/>
                  </w:pPr>
                  <w:r>
                    <w:rPr>
                      <w:rFonts w:cs="Arial"/>
                      <w:b/>
                      <w:sz w:val="20"/>
                    </w:rPr>
                    <w:t>МАССОВЫЙ КОРИОЛИСОВЫЙ</w:t>
                  </w:r>
                  <w:r>
                    <w:rPr>
                      <w:rFonts w:cs="Arial"/>
                      <w:b/>
                      <w:sz w:val="20"/>
                    </w:rPr>
                    <w:br/>
                    <w:t>РАСХОДОМЕР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249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10"/>
              <w:gridCol w:w="1984"/>
            </w:tblGrid>
            <w:tr w:rsidR="00FA3F4C">
              <w:trPr>
                <w:cantSplit/>
                <w:trHeight w:hRule="exact" w:val="595"/>
              </w:trPr>
              <w:tc>
                <w:tcPr>
                  <w:tcW w:w="5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A3F4C" w:rsidRDefault="00AF2598">
                  <w:pPr>
                    <w:spacing w:line="240" w:lineRule="auto"/>
                    <w:jc w:val="center"/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 wp14:anchorId="45CADD5B" wp14:editId="129AD2A3">
                        <wp:extent cx="180000" cy="180000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eature_1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1" w:type="dxa"/>
                    <w:left w:w="11" w:type="dxa"/>
                    <w:bottom w:w="6" w:type="dxa"/>
                    <w:right w:w="0" w:type="dxa"/>
                  </w:tcMar>
                  <w:vAlign w:val="center"/>
                </w:tcPr>
                <w:p w:rsidR="00FA3F4C" w:rsidRPr="00A263CA" w:rsidRDefault="00AF2598">
                  <w:pPr>
                    <w:spacing w:line="152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263CA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Высокая точность</w:t>
                  </w:r>
                  <w:r w:rsidRPr="00A263C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измерений</w:t>
                  </w:r>
                </w:p>
              </w:tc>
            </w:tr>
            <w:tr w:rsidR="00FA3F4C" w:rsidRPr="00DA5B6A">
              <w:trPr>
                <w:cantSplit/>
                <w:trHeight w:hRule="exact" w:val="595"/>
              </w:trPr>
              <w:tc>
                <w:tcPr>
                  <w:tcW w:w="5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A3F4C" w:rsidRDefault="00AF2598">
                  <w:pPr>
                    <w:spacing w:line="240" w:lineRule="auto"/>
                    <w:jc w:val="center"/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 wp14:anchorId="588F843D" wp14:editId="14D10DE0">
                        <wp:extent cx="180000" cy="180000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eature_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1" w:type="dxa"/>
                    <w:left w:w="11" w:type="dxa"/>
                    <w:bottom w:w="6" w:type="dxa"/>
                    <w:right w:w="0" w:type="dxa"/>
                  </w:tcMar>
                  <w:vAlign w:val="center"/>
                </w:tcPr>
                <w:p w:rsidR="00FA3F4C" w:rsidRPr="00A263CA" w:rsidRDefault="00AF2598">
                  <w:pPr>
                    <w:spacing w:line="152" w:lineRule="exact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A263CA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Надежная работа</w:t>
                  </w:r>
                  <w:r w:rsidRPr="00A263CA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br/>
                    <w:t>в сложных условиях</w:t>
                  </w:r>
                </w:p>
              </w:tc>
            </w:tr>
            <w:tr w:rsidR="00FA3F4C">
              <w:trPr>
                <w:cantSplit/>
                <w:trHeight w:hRule="exact" w:val="595"/>
              </w:trPr>
              <w:tc>
                <w:tcPr>
                  <w:tcW w:w="51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FA3F4C" w:rsidRDefault="00AF2598">
                  <w:pPr>
                    <w:spacing w:line="240" w:lineRule="auto"/>
                    <w:jc w:val="center"/>
                  </w:pP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 wp14:anchorId="1200D5F8" wp14:editId="451D3833">
                        <wp:extent cx="180000" cy="180000"/>
                        <wp:effectExtent l="0" t="0" r="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eature_4.pn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0000" cy="18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1" w:type="dxa"/>
                    <w:left w:w="11" w:type="dxa"/>
                    <w:bottom w:w="6" w:type="dxa"/>
                    <w:right w:w="0" w:type="dxa"/>
                  </w:tcMar>
                  <w:vAlign w:val="center"/>
                </w:tcPr>
                <w:p w:rsidR="00FA3F4C" w:rsidRPr="00A263CA" w:rsidRDefault="00AF2598">
                  <w:pPr>
                    <w:spacing w:line="152" w:lineRule="exac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A263CA">
                    <w:rPr>
                      <w:rFonts w:ascii="Times New Roman" w:hAnsi="Times New Roman" w:cs="Times New Roman"/>
                      <w:sz w:val="18"/>
                      <w:szCs w:val="18"/>
                    </w:rPr>
                    <w:t>Техническая</w:t>
                  </w:r>
                  <w:r w:rsidRPr="00A263C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поддержка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Default="00AF2598">
            <w:pPr>
              <w:spacing w:line="240" w:lineRule="auto"/>
              <w:jc w:val="center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86000" cy="1600163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duct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000" cy="1600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A3F4C" w:rsidRPr="00DA5B6A">
        <w:trPr>
          <w:cantSplit/>
          <w:trHeight w:hRule="exact" w:val="369"/>
        </w:trPr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1" w:type="dxa"/>
              <w:left w:w="11" w:type="dxa"/>
              <w:bottom w:w="6" w:type="dxa"/>
              <w:right w:w="28" w:type="dxa"/>
            </w:tcMar>
            <w:vAlign w:val="center"/>
          </w:tcPr>
          <w:p w:rsidR="00FA3F4C" w:rsidRPr="00A263CA" w:rsidRDefault="00AF2598">
            <w:pPr>
              <w:spacing w:line="168" w:lineRule="exact"/>
              <w:rPr>
                <w:lang w:val="ru-RU"/>
              </w:rPr>
            </w:pPr>
            <w:r w:rsidRPr="00A263CA">
              <w:rPr>
                <w:rFonts w:cs="Arial"/>
                <w:sz w:val="15"/>
                <w:lang w:val="ru-RU"/>
              </w:rPr>
              <w:t>Для подготовки технико-коммерческого предложения заполните, пожалуйста,</w:t>
            </w:r>
            <w:r w:rsidRPr="00A263CA">
              <w:rPr>
                <w:rFonts w:cs="Arial"/>
                <w:sz w:val="15"/>
                <w:lang w:val="ru-RU"/>
              </w:rPr>
              <w:br/>
              <w:t>данный опросный лист и отправьте его в ООО НТФ «</w:t>
            </w:r>
            <w:proofErr w:type="gramStart"/>
            <w:r w:rsidRPr="00A263CA">
              <w:rPr>
                <w:rFonts w:cs="Arial"/>
                <w:sz w:val="15"/>
                <w:lang w:val="ru-RU"/>
              </w:rPr>
              <w:t>БАКС</w:t>
            </w:r>
            <w:proofErr w:type="gramEnd"/>
            <w:r w:rsidRPr="00A263CA">
              <w:rPr>
                <w:rFonts w:cs="Arial"/>
                <w:sz w:val="15"/>
                <w:lang w:val="ru-RU"/>
              </w:rPr>
              <w:t>».</w:t>
            </w: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Pr="00A263CA" w:rsidRDefault="00FA3F4C">
            <w:pPr>
              <w:rPr>
                <w:lang w:val="ru-RU"/>
              </w:rPr>
            </w:pPr>
          </w:p>
        </w:tc>
      </w:tr>
      <w:tr w:rsidR="00FA3F4C">
        <w:trPr>
          <w:cantSplit/>
          <w:trHeight w:hRule="exact" w:val="374"/>
        </w:trPr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tbl>
            <w:tblPr>
              <w:tblW w:w="708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28"/>
              <w:gridCol w:w="1531"/>
              <w:gridCol w:w="1644"/>
              <w:gridCol w:w="1984"/>
            </w:tblGrid>
            <w:tr w:rsidR="00FA3F4C">
              <w:tc>
                <w:tcPr>
                  <w:tcW w:w="1928" w:type="dxa"/>
                  <w:shd w:val="clear" w:color="auto" w:fill="DDE8EF"/>
                  <w:tcMar>
                    <w:top w:w="17" w:type="dxa"/>
                    <w:left w:w="85" w:type="dxa"/>
                    <w:bottom w:w="11" w:type="dxa"/>
                    <w:right w:w="28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proofErr w:type="spellStart"/>
                  <w:r>
                    <w:rPr>
                      <w:rFonts w:cs="Arial"/>
                      <w:b/>
                    </w:rPr>
                    <w:t>Опросный</w:t>
                  </w:r>
                  <w:proofErr w:type="spellEnd"/>
                  <w:r>
                    <w:rPr>
                      <w:rFonts w:cs="Arial"/>
                      <w:b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b/>
                    </w:rPr>
                    <w:t>лист</w:t>
                  </w:r>
                  <w:proofErr w:type="spellEnd"/>
                  <w:r>
                    <w:rPr>
                      <w:rFonts w:cs="Arial"/>
                      <w:b/>
                    </w:rPr>
                    <w:t xml:space="preserve"> №</w:t>
                  </w:r>
                </w:p>
              </w:tc>
              <w:tc>
                <w:tcPr>
                  <w:tcW w:w="1531" w:type="dxa"/>
                  <w:tcBorders>
                    <w:bottom w:val="single" w:sz="6" w:space="0" w:color="0B1D33"/>
                  </w:tcBorders>
                  <w:shd w:val="clear" w:color="auto" w:fill="DDE8EF"/>
                  <w:tcMar>
                    <w:top w:w="11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1644" w:type="dxa"/>
                  <w:shd w:val="clear" w:color="auto" w:fill="DDE8EF"/>
                  <w:tcMar>
                    <w:top w:w="17" w:type="dxa"/>
                    <w:left w:w="57" w:type="dxa"/>
                    <w:bottom w:w="11" w:type="dxa"/>
                    <w:right w:w="28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Дата заполнения:</w:t>
                  </w:r>
                </w:p>
              </w:tc>
              <w:tc>
                <w:tcPr>
                  <w:tcW w:w="1984" w:type="dxa"/>
                  <w:shd w:val="clear" w:color="auto" w:fill="DDE8EF"/>
                  <w:tcMar>
                    <w:top w:w="17" w:type="dxa"/>
                    <w:left w:w="28" w:type="dxa"/>
                    <w:bottom w:w="11" w:type="dxa"/>
                    <w:right w:w="28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____ . ____ . 20____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  <w:tc>
          <w:tcPr>
            <w:tcW w:w="41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Default="00FA3F4C"/>
        </w:tc>
      </w:tr>
    </w:tbl>
    <w:p w:rsidR="00FA3F4C" w:rsidRDefault="00FA3F4C">
      <w:pPr>
        <w:spacing w:line="23" w:lineRule="exact"/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3628"/>
        <w:gridCol w:w="6066"/>
      </w:tblGrid>
      <w:tr w:rsidR="00FA3F4C">
        <w:trPr>
          <w:cantSplit/>
          <w:trHeight w:hRule="exact" w:val="386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E30613"/>
            <w:tcMar>
              <w:top w:w="23" w:type="dxa"/>
              <w:left w:w="28" w:type="dxa"/>
              <w:bottom w:w="11" w:type="dxa"/>
              <w:right w:w="28" w:type="dxa"/>
            </w:tcMar>
            <w:vAlign w:val="center"/>
          </w:tcPr>
          <w:p w:rsidR="00FA3F4C" w:rsidRDefault="00AF2598">
            <w:pPr>
              <w:spacing w:line="234" w:lineRule="exact"/>
              <w:jc w:val="center"/>
            </w:pPr>
            <w:r>
              <w:rPr>
                <w:rFonts w:cs="Arial"/>
                <w:b/>
                <w:color w:val="FFFFFF"/>
                <w:sz w:val="22"/>
              </w:rPr>
              <w:t>ЧАСТЬ А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DDE8EF"/>
            <w:tcMar>
              <w:top w:w="23" w:type="dxa"/>
              <w:left w:w="28" w:type="dxa"/>
              <w:bottom w:w="11" w:type="dxa"/>
              <w:right w:w="28" w:type="dxa"/>
            </w:tcMar>
            <w:vAlign w:val="center"/>
          </w:tcPr>
          <w:p w:rsidR="00FA3F4C" w:rsidRDefault="00AF2598">
            <w:pPr>
              <w:spacing w:line="220" w:lineRule="exact"/>
              <w:jc w:val="center"/>
            </w:pPr>
            <w:r>
              <w:rPr>
                <w:rFonts w:cs="Arial"/>
                <w:b/>
                <w:sz w:val="21"/>
              </w:rPr>
              <w:t>ОСНОВНЫЕ ДАННЫЕ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  <w:shd w:val="clear" w:color="auto" w:fill="F8E0E4"/>
            <w:tcMar>
              <w:top w:w="28" w:type="dxa"/>
              <w:left w:w="57" w:type="dxa"/>
              <w:bottom w:w="11" w:type="dxa"/>
              <w:right w:w="28" w:type="dxa"/>
            </w:tcMar>
            <w:vAlign w:val="center"/>
          </w:tcPr>
          <w:p w:rsidR="00FA3F4C" w:rsidRDefault="00AF2598">
            <w:r>
              <w:rPr>
                <w:rFonts w:cs="Arial"/>
              </w:rPr>
              <w:t>(достаточно для предварительного подбора)</w:t>
            </w:r>
          </w:p>
        </w:tc>
      </w:tr>
    </w:tbl>
    <w:p w:rsidR="00FA3F4C" w:rsidRDefault="00FA3F4C">
      <w:pPr>
        <w:spacing w:line="23" w:lineRule="exact"/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535"/>
        <w:gridCol w:w="113"/>
        <w:gridCol w:w="6577"/>
      </w:tblGrid>
      <w:tr w:rsidR="00FA3F4C">
        <w:trPr>
          <w:cantSplit/>
          <w:trHeight w:hRule="exact" w:val="2211"/>
        </w:trPr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53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2306"/>
              <w:gridCol w:w="1815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1</w:t>
                  </w:r>
                </w:p>
              </w:tc>
              <w:tc>
                <w:tcPr>
                  <w:tcW w:w="412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Информация о заказчике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721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Предприятие</w:t>
                  </w:r>
                </w:p>
              </w:tc>
              <w:tc>
                <w:tcPr>
                  <w:tcW w:w="1814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721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ФИО контактного лица</w:t>
                  </w:r>
                </w:p>
              </w:tc>
              <w:tc>
                <w:tcPr>
                  <w:tcW w:w="1814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721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Должность</w:t>
                  </w:r>
                </w:p>
              </w:tc>
              <w:tc>
                <w:tcPr>
                  <w:tcW w:w="1814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721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Телефон</w:t>
                  </w:r>
                </w:p>
              </w:tc>
              <w:tc>
                <w:tcPr>
                  <w:tcW w:w="1814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721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E-mail</w:t>
                  </w:r>
                </w:p>
              </w:tc>
              <w:tc>
                <w:tcPr>
                  <w:tcW w:w="1814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721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Применение (объект, установка)</w:t>
                  </w:r>
                </w:p>
              </w:tc>
              <w:tc>
                <w:tcPr>
                  <w:tcW w:w="1814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0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Default="00FA3F4C"/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657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1742"/>
              <w:gridCol w:w="4420"/>
            </w:tblGrid>
            <w:tr w:rsidR="00FA3F4C" w:rsidTr="00CB3564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2</w:t>
                  </w:r>
                </w:p>
              </w:tc>
              <w:tc>
                <w:tcPr>
                  <w:tcW w:w="616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Измеряемая среда</w:t>
                  </w:r>
                </w:p>
              </w:tc>
            </w:tr>
            <w:tr w:rsidR="00FA3F4C" w:rsidTr="00CB3564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156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Название / состав</w:t>
                  </w:r>
                </w:p>
              </w:tc>
              <w:tc>
                <w:tcPr>
                  <w:tcW w:w="4420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 </w:t>
                  </w:r>
                </w:p>
              </w:tc>
            </w:tr>
            <w:tr w:rsidR="00FA3F4C" w:rsidRPr="00DA5B6A" w:rsidTr="00CB3564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156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Фазовое состояние</w:t>
                  </w:r>
                </w:p>
              </w:tc>
              <w:tc>
                <w:tcPr>
                  <w:tcW w:w="4420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Pr="00A263CA" w:rsidRDefault="00AF2598" w:rsidP="00DA5B6A">
                  <w:pPr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Жидкость    □ Газ    </w:t>
                  </w:r>
                </w:p>
              </w:tc>
            </w:tr>
            <w:tr w:rsidR="00FA3F4C" w:rsidTr="00CB3564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156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roofErr w:type="spellStart"/>
                  <w:r>
                    <w:rPr>
                      <w:rFonts w:cs="Arial"/>
                      <w:sz w:val="14"/>
                    </w:rPr>
                    <w:t>Наличие</w:t>
                  </w:r>
                  <w:proofErr w:type="spellEnd"/>
                  <w:r>
                    <w:rPr>
                      <w:rFonts w:cs="Arial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sz w:val="14"/>
                    </w:rPr>
                    <w:t>газа</w:t>
                  </w:r>
                  <w:proofErr w:type="spellEnd"/>
                  <w:r>
                    <w:rPr>
                      <w:rFonts w:cs="Arial"/>
                      <w:sz w:val="14"/>
                    </w:rPr>
                    <w:t xml:space="preserve"> (</w:t>
                  </w:r>
                  <w:proofErr w:type="spellStart"/>
                  <w:r>
                    <w:rPr>
                      <w:rFonts w:cs="Arial"/>
                      <w:sz w:val="14"/>
                    </w:rPr>
                    <w:t>если</w:t>
                  </w:r>
                  <w:proofErr w:type="spellEnd"/>
                  <w:r>
                    <w:rPr>
                      <w:rFonts w:cs="Arial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sz w:val="14"/>
                    </w:rPr>
                    <w:t>жидкость</w:t>
                  </w:r>
                  <w:proofErr w:type="spellEnd"/>
                  <w:r>
                    <w:rPr>
                      <w:rFonts w:cs="Arial"/>
                      <w:sz w:val="14"/>
                    </w:rPr>
                    <w:t>)</w:t>
                  </w:r>
                </w:p>
              </w:tc>
              <w:tc>
                <w:tcPr>
                  <w:tcW w:w="4420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□ Нет      □ Да (указать, %, об.) __________</w:t>
                  </w:r>
                </w:p>
              </w:tc>
            </w:tr>
            <w:tr w:rsidR="00FA3F4C" w:rsidTr="00CB3564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156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Агрессивность</w:t>
                  </w:r>
                </w:p>
              </w:tc>
              <w:tc>
                <w:tcPr>
                  <w:tcW w:w="4420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□ Неагрессивная     □ Агрессивная (указать, какая) __________</w:t>
                  </w:r>
                </w:p>
              </w:tc>
            </w:tr>
            <w:tr w:rsidR="00FA3F4C" w:rsidRPr="00DA5B6A" w:rsidTr="00CB3564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156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Абразивность / мех. примеси</w:t>
                  </w:r>
                </w:p>
              </w:tc>
              <w:tc>
                <w:tcPr>
                  <w:tcW w:w="4420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Pr="00A263CA" w:rsidRDefault="00AF2598">
                  <w:pPr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4"/>
                      <w:lang w:val="ru-RU"/>
                    </w:rPr>
                    <w:t>□ Нет</w:t>
                  </w:r>
                  <w:proofErr w:type="gramStart"/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     □ Д</w:t>
                  </w:r>
                  <w:proofErr w:type="gramEnd"/>
                  <w:r w:rsidRPr="00A263CA">
                    <w:rPr>
                      <w:rFonts w:cs="Arial"/>
                      <w:sz w:val="14"/>
                      <w:lang w:val="ru-RU"/>
                    </w:rPr>
                    <w:t>а (кол-во ________, размер частиц __________)</w:t>
                  </w:r>
                </w:p>
              </w:tc>
            </w:tr>
            <w:tr w:rsidR="00FA3F4C" w:rsidTr="00CB3564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2156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roofErr w:type="spellStart"/>
                  <w:r>
                    <w:rPr>
                      <w:rFonts w:cs="Arial"/>
                      <w:sz w:val="14"/>
                    </w:rPr>
                    <w:t>Тип</w:t>
                  </w:r>
                  <w:proofErr w:type="spellEnd"/>
                  <w:r>
                    <w:rPr>
                      <w:rFonts w:cs="Arial"/>
                      <w:sz w:val="14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sz w:val="14"/>
                    </w:rPr>
                    <w:t>учета</w:t>
                  </w:r>
                  <w:proofErr w:type="spellEnd"/>
                </w:p>
              </w:tc>
              <w:tc>
                <w:tcPr>
                  <w:tcW w:w="4420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r>
                    <w:rPr>
                      <w:rFonts w:cs="Arial"/>
                      <w:sz w:val="14"/>
                    </w:rPr>
                    <w:t>□ Коммерческий учет       □ Технологический учет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</w:tr>
    </w:tbl>
    <w:p w:rsidR="00FA3F4C" w:rsidRDefault="00FA3F4C">
      <w:pPr>
        <w:spacing w:line="34" w:lineRule="exact"/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1225"/>
      </w:tblGrid>
      <w:tr w:rsidR="00FA3F4C">
        <w:trPr>
          <w:cantSplit/>
          <w:trHeight w:hRule="exact" w:val="1616"/>
        </w:trPr>
        <w:tc>
          <w:tcPr>
            <w:tcW w:w="11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122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3"/>
              <w:gridCol w:w="2194"/>
              <w:gridCol w:w="1701"/>
              <w:gridCol w:w="1701"/>
              <w:gridCol w:w="1814"/>
              <w:gridCol w:w="3402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3</w:t>
                  </w:r>
                </w:p>
              </w:tc>
              <w:tc>
                <w:tcPr>
                  <w:tcW w:w="1081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Основные параметры процесса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23"/>
              </w:trPr>
              <w:tc>
                <w:tcPr>
                  <w:tcW w:w="2608" w:type="dxa"/>
                  <w:gridSpan w:val="2"/>
                  <w:shd w:val="clear" w:color="auto" w:fill="EDF3F7"/>
                  <w:tcMar>
                    <w:top w:w="14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0" w:lineRule="exact"/>
                    <w:jc w:val="center"/>
                  </w:pPr>
                  <w:r>
                    <w:rPr>
                      <w:rFonts w:cs="Arial"/>
                      <w:b/>
                      <w:sz w:val="15"/>
                    </w:rPr>
                    <w:t>Параметр</w:t>
                  </w:r>
                </w:p>
              </w:tc>
              <w:tc>
                <w:tcPr>
                  <w:tcW w:w="1701" w:type="dxa"/>
                  <w:shd w:val="clear" w:color="auto" w:fill="EDF3F7"/>
                  <w:tcMar>
                    <w:top w:w="14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0" w:lineRule="exact"/>
                    <w:jc w:val="center"/>
                  </w:pPr>
                  <w:r>
                    <w:rPr>
                      <w:rFonts w:cs="Arial"/>
                      <w:b/>
                      <w:sz w:val="15"/>
                    </w:rPr>
                    <w:t>Минимальное</w:t>
                  </w:r>
                </w:p>
              </w:tc>
              <w:tc>
                <w:tcPr>
                  <w:tcW w:w="1701" w:type="dxa"/>
                  <w:shd w:val="clear" w:color="auto" w:fill="EDF3F7"/>
                  <w:tcMar>
                    <w:top w:w="14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0" w:lineRule="exact"/>
                    <w:jc w:val="center"/>
                  </w:pPr>
                  <w:r>
                    <w:rPr>
                      <w:rFonts w:cs="Arial"/>
                      <w:b/>
                      <w:sz w:val="15"/>
                    </w:rPr>
                    <w:t>Номинальное</w:t>
                  </w:r>
                </w:p>
              </w:tc>
              <w:tc>
                <w:tcPr>
                  <w:tcW w:w="1814" w:type="dxa"/>
                  <w:shd w:val="clear" w:color="auto" w:fill="EDF3F7"/>
                  <w:tcMar>
                    <w:top w:w="14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0" w:lineRule="exact"/>
                    <w:jc w:val="center"/>
                  </w:pPr>
                  <w:r>
                    <w:rPr>
                      <w:rFonts w:cs="Arial"/>
                      <w:b/>
                      <w:sz w:val="15"/>
                    </w:rPr>
                    <w:t>Максимальное</w:t>
                  </w:r>
                </w:p>
              </w:tc>
              <w:tc>
                <w:tcPr>
                  <w:tcW w:w="3402" w:type="dxa"/>
                  <w:shd w:val="clear" w:color="auto" w:fill="EDF3F7"/>
                  <w:tcMar>
                    <w:top w:w="14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0" w:lineRule="exact"/>
                    <w:jc w:val="center"/>
                  </w:pPr>
                  <w:r>
                    <w:rPr>
                      <w:rFonts w:cs="Arial"/>
                      <w:b/>
                      <w:sz w:val="15"/>
                    </w:rPr>
                    <w:t>Единицы измерения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12"/>
              </w:trPr>
              <w:tc>
                <w:tcPr>
                  <w:tcW w:w="2608" w:type="dxa"/>
                  <w:gridSpan w:val="2"/>
                  <w:tcMar>
                    <w:top w:w="14" w:type="dxa"/>
                    <w:left w:w="62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Расход</w:t>
                  </w:r>
                </w:p>
              </w:tc>
              <w:tc>
                <w:tcPr>
                  <w:tcW w:w="1701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1701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1814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3402" w:type="dxa"/>
                  <w:tcMar>
                    <w:top w:w="14" w:type="dxa"/>
                    <w:left w:w="57" w:type="dxa"/>
                    <w:bottom w:w="11" w:type="dxa"/>
                    <w:right w:w="28" w:type="dxa"/>
                  </w:tcMar>
                  <w:vAlign w:val="center"/>
                </w:tcPr>
                <w:p w:rsidR="00FA3F4C" w:rsidRPr="00A263CA" w:rsidRDefault="00AF2598">
                  <w:pPr>
                    <w:spacing w:line="164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кг/ч    □ т/ч    □ </w:t>
                  </w:r>
                  <w:proofErr w:type="gramStart"/>
                  <w:r w:rsidRPr="00A263CA">
                    <w:rPr>
                      <w:rFonts w:cs="Arial"/>
                      <w:sz w:val="14"/>
                      <w:lang w:val="ru-RU"/>
                    </w:rPr>
                    <w:t>другое</w:t>
                  </w:r>
                  <w:proofErr w:type="gramEnd"/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__________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12"/>
              </w:trPr>
              <w:tc>
                <w:tcPr>
                  <w:tcW w:w="2608" w:type="dxa"/>
                  <w:gridSpan w:val="2"/>
                  <w:tcMar>
                    <w:top w:w="14" w:type="dxa"/>
                    <w:left w:w="62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proofErr w:type="spellStart"/>
                  <w:r>
                    <w:rPr>
                      <w:rFonts w:cs="Arial"/>
                    </w:rPr>
                    <w:t>Давление</w:t>
                  </w:r>
                  <w:proofErr w:type="spellEnd"/>
                </w:p>
              </w:tc>
              <w:tc>
                <w:tcPr>
                  <w:tcW w:w="1701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1701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1814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3402" w:type="dxa"/>
                  <w:tcMar>
                    <w:top w:w="14" w:type="dxa"/>
                    <w:left w:w="57" w:type="dxa"/>
                    <w:bottom w:w="11" w:type="dxa"/>
                    <w:right w:w="28" w:type="dxa"/>
                  </w:tcMar>
                  <w:vAlign w:val="center"/>
                </w:tcPr>
                <w:p w:rsidR="00FA3F4C" w:rsidRDefault="00AF2598">
                  <w:pPr>
                    <w:spacing w:line="164" w:lineRule="exact"/>
                  </w:pPr>
                  <w:r>
                    <w:rPr>
                      <w:rFonts w:cs="Arial"/>
                      <w:sz w:val="14"/>
                    </w:rPr>
                    <w:t>□ МПа    □ бар    □ кгс/см²    □ другое ____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12"/>
              </w:trPr>
              <w:tc>
                <w:tcPr>
                  <w:tcW w:w="2608" w:type="dxa"/>
                  <w:gridSpan w:val="2"/>
                  <w:tcMar>
                    <w:top w:w="14" w:type="dxa"/>
                    <w:left w:w="62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Температура</w:t>
                  </w:r>
                </w:p>
              </w:tc>
              <w:tc>
                <w:tcPr>
                  <w:tcW w:w="1701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1701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1814" w:type="dxa"/>
                  <w:tcMar>
                    <w:top w:w="11" w:type="dxa"/>
                    <w:left w:w="34" w:type="dxa"/>
                    <w:bottom w:w="11" w:type="dxa"/>
                    <w:right w:w="34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  <w:tc>
                <w:tcPr>
                  <w:tcW w:w="3402" w:type="dxa"/>
                  <w:tcMar>
                    <w:top w:w="14" w:type="dxa"/>
                    <w:left w:w="57" w:type="dxa"/>
                    <w:bottom w:w="11" w:type="dxa"/>
                    <w:right w:w="28" w:type="dxa"/>
                  </w:tcMar>
                  <w:vAlign w:val="center"/>
                </w:tcPr>
                <w:p w:rsidR="00FA3F4C" w:rsidRDefault="00AF2598">
                  <w:pPr>
                    <w:spacing w:line="164" w:lineRule="exact"/>
                  </w:pPr>
                  <w:r>
                    <w:rPr>
                      <w:rFonts w:cs="Arial"/>
                      <w:sz w:val="14"/>
                    </w:rPr>
                    <w:t>□ °C        □ другое __________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</w:tr>
    </w:tbl>
    <w:p w:rsidR="00FA3F4C" w:rsidRDefault="00FA3F4C">
      <w:pPr>
        <w:spacing w:line="34" w:lineRule="exact"/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139"/>
        <w:gridCol w:w="113"/>
        <w:gridCol w:w="3685"/>
        <w:gridCol w:w="113"/>
        <w:gridCol w:w="3175"/>
      </w:tblGrid>
      <w:tr w:rsidR="00FA3F4C">
        <w:trPr>
          <w:cantSplit/>
          <w:trHeight w:hRule="exact" w:val="1587"/>
        </w:trPr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413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2024"/>
              <w:gridCol w:w="1701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4</w:t>
                  </w:r>
                </w:p>
              </w:tc>
              <w:tc>
                <w:tcPr>
                  <w:tcW w:w="372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Трубопровод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12"/>
              </w:trPr>
              <w:tc>
                <w:tcPr>
                  <w:tcW w:w="2438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Внешний диаметр трубы, мм</w:t>
                  </w:r>
                </w:p>
              </w:tc>
              <w:tc>
                <w:tcPr>
                  <w:tcW w:w="1701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12"/>
              </w:trPr>
              <w:tc>
                <w:tcPr>
                  <w:tcW w:w="2438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Толщина стенки, мм</w:t>
                  </w:r>
                </w:p>
              </w:tc>
              <w:tc>
                <w:tcPr>
                  <w:tcW w:w="1701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12"/>
              </w:trPr>
              <w:tc>
                <w:tcPr>
                  <w:tcW w:w="2438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Материал трубопровода</w:t>
                  </w:r>
                </w:p>
              </w:tc>
              <w:tc>
                <w:tcPr>
                  <w:tcW w:w="1701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12"/>
              </w:trPr>
              <w:tc>
                <w:tcPr>
                  <w:tcW w:w="2438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Стандарт фланцев</w:t>
                  </w:r>
                </w:p>
              </w:tc>
              <w:tc>
                <w:tcPr>
                  <w:tcW w:w="1701" w:type="dxa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>
                    <w:rPr>
                      <w:rFonts w:cs="Arial"/>
                    </w:rPr>
                    <w:t> 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Default="00FA3F4C"/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68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3271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5</w:t>
                  </w:r>
                </w:p>
              </w:tc>
              <w:tc>
                <w:tcPr>
                  <w:tcW w:w="32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Место установки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1259"/>
              </w:trPr>
              <w:tc>
                <w:tcPr>
                  <w:tcW w:w="3685" w:type="dxa"/>
                  <w:gridSpan w:val="2"/>
                  <w:tcMar>
                    <w:top w:w="40" w:type="dxa"/>
                    <w:left w:w="153" w:type="dxa"/>
                    <w:bottom w:w="23" w:type="dxa"/>
                    <w:right w:w="153" w:type="dxa"/>
                  </w:tcMar>
                  <w:vAlign w:val="center"/>
                </w:tcPr>
                <w:p w:rsidR="00FA3F4C" w:rsidRDefault="00AF2598">
                  <w:pPr>
                    <w:spacing w:line="176" w:lineRule="exact"/>
                  </w:pPr>
                  <w:r w:rsidRPr="00A263CA">
                    <w:rPr>
                      <w:rFonts w:cs="Arial"/>
                      <w:lang w:val="ru-RU"/>
                    </w:rPr>
                    <w:t>Описание места установки</w:t>
                  </w:r>
                  <w:r w:rsidRPr="00A263CA">
                    <w:rPr>
                      <w:rFonts w:cs="Arial"/>
                      <w:lang w:val="ru-RU"/>
                    </w:rPr>
                    <w:br/>
                    <w:t>(особенности, доступность и т. д.)</w:t>
                  </w:r>
                  <w:r w:rsidRPr="00A263CA">
                    <w:rPr>
                      <w:rFonts w:cs="Arial"/>
                      <w:lang w:val="ru-RU"/>
                    </w:rPr>
                    <w:br/>
                  </w:r>
                  <w:r w:rsidRPr="00A263CA">
                    <w:rPr>
                      <w:rFonts w:cs="Arial"/>
                      <w:lang w:val="ru-RU"/>
                    </w:rPr>
                    <w:br/>
                  </w:r>
                  <w:r>
                    <w:rPr>
                      <w:rFonts w:cs="Arial"/>
                    </w:rPr>
                    <w:t>____________________________</w:t>
                  </w:r>
                  <w:r>
                    <w:rPr>
                      <w:rFonts w:cs="Arial"/>
                    </w:rPr>
                    <w:br/>
                    <w:t>____________________________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Default="00FA3F4C"/>
        </w:tc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17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2761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6</w:t>
                  </w:r>
                </w:p>
              </w:tc>
              <w:tc>
                <w:tcPr>
                  <w:tcW w:w="27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Количество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1259"/>
              </w:trPr>
              <w:tc>
                <w:tcPr>
                  <w:tcW w:w="3175" w:type="dxa"/>
                  <w:gridSpan w:val="2"/>
                  <w:tcMar>
                    <w:top w:w="40" w:type="dxa"/>
                    <w:left w:w="57" w:type="dxa"/>
                    <w:bottom w:w="23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82" w:lineRule="exact"/>
                    <w:jc w:val="center"/>
                  </w:pPr>
                  <w:r>
                    <w:rPr>
                      <w:rFonts w:cs="Arial"/>
                    </w:rPr>
                    <w:t>________________  шт.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</w:tr>
    </w:tbl>
    <w:p w:rsidR="00FA3F4C" w:rsidRDefault="00FA3F4C">
      <w:pPr>
        <w:spacing w:line="34" w:lineRule="exact"/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31"/>
        <w:gridCol w:w="3628"/>
        <w:gridCol w:w="6066"/>
      </w:tblGrid>
      <w:tr w:rsidR="00FA3F4C">
        <w:trPr>
          <w:cantSplit/>
          <w:trHeight w:hRule="exact" w:val="386"/>
        </w:trPr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shd w:val="clear" w:color="auto" w:fill="0B1D33"/>
            <w:tcMar>
              <w:top w:w="23" w:type="dxa"/>
              <w:left w:w="28" w:type="dxa"/>
              <w:bottom w:w="11" w:type="dxa"/>
              <w:right w:w="28" w:type="dxa"/>
            </w:tcMar>
            <w:vAlign w:val="center"/>
          </w:tcPr>
          <w:p w:rsidR="00FA3F4C" w:rsidRDefault="00AF2598">
            <w:pPr>
              <w:spacing w:line="234" w:lineRule="exact"/>
              <w:jc w:val="center"/>
            </w:pPr>
            <w:r>
              <w:rPr>
                <w:rFonts w:cs="Arial"/>
                <w:b/>
                <w:color w:val="FFFFFF"/>
                <w:sz w:val="22"/>
              </w:rPr>
              <w:t>ЧАСТЬ Б</w:t>
            </w: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shd w:val="clear" w:color="auto" w:fill="DDE8EF"/>
            <w:tcMar>
              <w:top w:w="23" w:type="dxa"/>
              <w:left w:w="28" w:type="dxa"/>
              <w:bottom w:w="11" w:type="dxa"/>
              <w:right w:w="28" w:type="dxa"/>
            </w:tcMar>
            <w:vAlign w:val="center"/>
          </w:tcPr>
          <w:p w:rsidR="00FA3F4C" w:rsidRDefault="00AF2598">
            <w:pPr>
              <w:spacing w:line="220" w:lineRule="exact"/>
              <w:jc w:val="center"/>
            </w:pPr>
            <w:r>
              <w:rPr>
                <w:rFonts w:cs="Arial"/>
                <w:b/>
                <w:sz w:val="21"/>
              </w:rPr>
              <w:t>ДОПОЛНИТЕЛЬНЫЕ ДАННЫЕ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  <w:shd w:val="clear" w:color="auto" w:fill="DDE8EF"/>
            <w:tcMar>
              <w:top w:w="28" w:type="dxa"/>
              <w:left w:w="57" w:type="dxa"/>
              <w:bottom w:w="11" w:type="dxa"/>
              <w:right w:w="28" w:type="dxa"/>
            </w:tcMar>
            <w:vAlign w:val="center"/>
          </w:tcPr>
          <w:p w:rsidR="00FA3F4C" w:rsidRDefault="00AF2598">
            <w:r>
              <w:rPr>
                <w:rFonts w:cs="Arial"/>
              </w:rPr>
              <w:t>(для точного подбора)</w:t>
            </w:r>
          </w:p>
        </w:tc>
      </w:tr>
    </w:tbl>
    <w:p w:rsidR="00FA3F4C" w:rsidRDefault="00FA3F4C">
      <w:pPr>
        <w:spacing w:line="23" w:lineRule="exact"/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"/>
        <w:gridCol w:w="3628"/>
        <w:gridCol w:w="113"/>
        <w:gridCol w:w="3402"/>
      </w:tblGrid>
      <w:tr w:rsidR="00FA3F4C" w:rsidRPr="00DA5B6A">
        <w:trPr>
          <w:cantSplit/>
          <w:trHeight w:hRule="exact" w:val="1899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96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3555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7</w:t>
                  </w:r>
                </w:p>
              </w:tc>
              <w:tc>
                <w:tcPr>
                  <w:tcW w:w="3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</w:rPr>
                    <w:t>Дополнительные характеристики среды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3969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r>
                    <w:rPr>
                      <w:rFonts w:cs="Arial"/>
                      <w:sz w:val="15"/>
                    </w:rPr>
                    <w:t>Требуемая точность, %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3969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Pr="00A263CA" w:rsidRDefault="00AF2598">
                  <w:pPr>
                    <w:spacing w:line="174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Плотность (при раб</w:t>
                  </w:r>
                  <w:proofErr w:type="gramStart"/>
                  <w:r w:rsidRPr="00A263CA">
                    <w:rPr>
                      <w:rFonts w:cs="Arial"/>
                      <w:sz w:val="15"/>
                      <w:lang w:val="ru-RU"/>
                    </w:rPr>
                    <w:t>.</w:t>
                  </w:r>
                  <w:proofErr w:type="gramEnd"/>
                  <w:r w:rsidRPr="00A263CA">
                    <w:rPr>
                      <w:rFonts w:cs="Arial"/>
                      <w:sz w:val="15"/>
                      <w:lang w:val="ru-RU"/>
                    </w:rPr>
                    <w:t xml:space="preserve"> </w:t>
                  </w:r>
                  <w:proofErr w:type="gramStart"/>
                  <w:r w:rsidRPr="00A263CA">
                    <w:rPr>
                      <w:rFonts w:cs="Arial"/>
                      <w:sz w:val="15"/>
                      <w:lang w:val="ru-RU"/>
                    </w:rPr>
                    <w:t>у</w:t>
                  </w:r>
                  <w:proofErr w:type="gramEnd"/>
                  <w:r w:rsidRPr="00A263CA">
                    <w:rPr>
                      <w:rFonts w:cs="Arial"/>
                      <w:sz w:val="15"/>
                      <w:lang w:val="ru-RU"/>
                    </w:rPr>
                    <w:t>словиях), ед. изм.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3969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Pr="00A263CA" w:rsidRDefault="00AF2598">
                  <w:pPr>
                    <w:spacing w:line="174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Вязкость (при раб</w:t>
                  </w:r>
                  <w:proofErr w:type="gramStart"/>
                  <w:r w:rsidRPr="00A263CA">
                    <w:rPr>
                      <w:rFonts w:cs="Arial"/>
                      <w:sz w:val="15"/>
                      <w:lang w:val="ru-RU"/>
                    </w:rPr>
                    <w:t>.</w:t>
                  </w:r>
                  <w:proofErr w:type="gramEnd"/>
                  <w:r w:rsidRPr="00A263CA">
                    <w:rPr>
                      <w:rFonts w:cs="Arial"/>
                      <w:sz w:val="15"/>
                      <w:lang w:val="ru-RU"/>
                    </w:rPr>
                    <w:t xml:space="preserve"> </w:t>
                  </w:r>
                  <w:proofErr w:type="gramStart"/>
                  <w:r w:rsidRPr="00A263CA">
                    <w:rPr>
                      <w:rFonts w:cs="Arial"/>
                      <w:sz w:val="15"/>
                      <w:lang w:val="ru-RU"/>
                    </w:rPr>
                    <w:t>у</w:t>
                  </w:r>
                  <w:proofErr w:type="gramEnd"/>
                  <w:r w:rsidRPr="00A263CA">
                    <w:rPr>
                      <w:rFonts w:cs="Arial"/>
                      <w:sz w:val="15"/>
                      <w:lang w:val="ru-RU"/>
                    </w:rPr>
                    <w:t>словиях), ед. изм.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3969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Default="00AF2598">
                  <w:pPr>
                    <w:spacing w:line="174" w:lineRule="exact"/>
                  </w:pPr>
                  <w:proofErr w:type="spellStart"/>
                  <w:r>
                    <w:rPr>
                      <w:rFonts w:cs="Arial"/>
                      <w:sz w:val="15"/>
                    </w:rPr>
                    <w:t>Содержание</w:t>
                  </w:r>
                  <w:proofErr w:type="spellEnd"/>
                  <w:r>
                    <w:rPr>
                      <w:rFonts w:cs="Arial"/>
                      <w:sz w:val="15"/>
                    </w:rPr>
                    <w:t xml:space="preserve"> </w:t>
                  </w:r>
                  <w:proofErr w:type="spellStart"/>
                  <w:r>
                    <w:rPr>
                      <w:rFonts w:cs="Arial"/>
                      <w:sz w:val="15"/>
                    </w:rPr>
                    <w:t>мех</w:t>
                  </w:r>
                  <w:proofErr w:type="spellEnd"/>
                  <w:r>
                    <w:rPr>
                      <w:rFonts w:cs="Arial"/>
                      <w:sz w:val="15"/>
                    </w:rPr>
                    <w:t>. примесей, %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single" w:sz="4" w:space="0" w:color="B7C9D6"/>
                  <w:insideV w:val="single" w:sz="4" w:space="0" w:color="B7C9D6"/>
                </w:tblBorders>
              </w:tblPrEx>
              <w:trPr>
                <w:cantSplit/>
                <w:trHeight w:hRule="exact" w:val="309"/>
              </w:trPr>
              <w:tc>
                <w:tcPr>
                  <w:tcW w:w="3969" w:type="dxa"/>
                  <w:gridSpan w:val="2"/>
                  <w:tcMar>
                    <w:top w:w="14" w:type="dxa"/>
                    <w:left w:w="62" w:type="dxa"/>
                    <w:bottom w:w="11" w:type="dxa"/>
                    <w:right w:w="57" w:type="dxa"/>
                  </w:tcMar>
                  <w:vAlign w:val="center"/>
                </w:tcPr>
                <w:p w:rsidR="00FA3F4C" w:rsidRPr="00A263CA" w:rsidRDefault="00AF2598">
                  <w:pPr>
                    <w:spacing w:line="174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Доп. требования к материалам (смачиваемым)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Pr="00A263CA" w:rsidRDefault="00FA3F4C">
            <w:pPr>
              <w:rPr>
                <w:lang w:val="ru-RU"/>
              </w:rPr>
            </w:pPr>
          </w:p>
        </w:tc>
        <w:tc>
          <w:tcPr>
            <w:tcW w:w="3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628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3214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8</w:t>
                  </w:r>
                </w:p>
              </w:tc>
              <w:tc>
                <w:tcPr>
                  <w:tcW w:w="32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5"/>
                    </w:rPr>
                    <w:t>Дополнительные параметры процесса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1570"/>
              </w:trPr>
              <w:tc>
                <w:tcPr>
                  <w:tcW w:w="3628" w:type="dxa"/>
                  <w:gridSpan w:val="2"/>
                  <w:tcMar>
                    <w:top w:w="40" w:type="dxa"/>
                    <w:left w:w="113" w:type="dxa"/>
                    <w:bottom w:w="23" w:type="dxa"/>
                    <w:right w:w="113" w:type="dxa"/>
                  </w:tcMar>
                  <w:vAlign w:val="center"/>
                </w:tcPr>
                <w:p w:rsidR="00FA3F4C" w:rsidRPr="00A263CA" w:rsidRDefault="00AF2598" w:rsidP="00CB3564">
                  <w:pPr>
                    <w:spacing w:line="174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Допустимый перепад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давления, кПа        ______________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Другие параметры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(при необходимости)   ______________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 xml:space="preserve">                        </w:t>
                  </w:r>
                  <w:r w:rsidR="00CB3564">
                    <w:rPr>
                      <w:rFonts w:cs="Arial"/>
                      <w:sz w:val="15"/>
                      <w:lang w:val="ru-RU"/>
                    </w:rPr>
                    <w:t xml:space="preserve">              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t>_________</w:t>
                  </w:r>
                  <w:bookmarkStart w:id="0" w:name="_GoBack"/>
                  <w:bookmarkEnd w:id="0"/>
                  <w:r w:rsidRPr="00A263CA">
                    <w:rPr>
                      <w:rFonts w:cs="Arial"/>
                      <w:sz w:val="15"/>
                      <w:lang w:val="ru-RU"/>
                    </w:rPr>
                    <w:t>_____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Pr="00A263CA" w:rsidRDefault="00FA3F4C">
            <w:pPr>
              <w:rPr>
                <w:lang w:val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40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2988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9</w:t>
                  </w:r>
                </w:p>
              </w:tc>
              <w:tc>
                <w:tcPr>
                  <w:tcW w:w="298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Условия эксплуатации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1570"/>
              </w:trPr>
              <w:tc>
                <w:tcPr>
                  <w:tcW w:w="3402" w:type="dxa"/>
                  <w:gridSpan w:val="2"/>
                  <w:tcMar>
                    <w:top w:w="40" w:type="dxa"/>
                    <w:left w:w="113" w:type="dxa"/>
                    <w:bottom w:w="23" w:type="dxa"/>
                    <w:right w:w="113" w:type="dxa"/>
                  </w:tcMar>
                  <w:vAlign w:val="center"/>
                </w:tcPr>
                <w:p w:rsidR="00FA3F4C" w:rsidRPr="00A263CA" w:rsidRDefault="00AF2598">
                  <w:pPr>
                    <w:spacing w:line="174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Температура окружающей среды, °</w:t>
                  </w:r>
                  <w:r>
                    <w:rPr>
                      <w:rFonts w:cs="Arial"/>
                      <w:sz w:val="15"/>
                    </w:rPr>
                    <w:t>C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от __________  до __________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</w:r>
                  <w:proofErr w:type="spellStart"/>
                  <w:r w:rsidRPr="00A263CA">
                    <w:rPr>
                      <w:rFonts w:cs="Arial"/>
                      <w:sz w:val="15"/>
                      <w:lang w:val="ru-RU"/>
                    </w:rPr>
                    <w:t>Взрывозащита</w:t>
                  </w:r>
                  <w:proofErr w:type="spellEnd"/>
                  <w:proofErr w:type="gramStart"/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□ Т</w:t>
                  </w:r>
                  <w:proofErr w:type="gramEnd"/>
                  <w:r w:rsidRPr="00A263CA">
                    <w:rPr>
                      <w:rFonts w:cs="Arial"/>
                      <w:sz w:val="15"/>
                      <w:lang w:val="ru-RU"/>
                    </w:rPr>
                    <w:t>ребуется (указать) ______________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□ Не требуется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</w:tr>
    </w:tbl>
    <w:p w:rsidR="00FA3F4C" w:rsidRPr="00A263CA" w:rsidRDefault="00FA3F4C">
      <w:pPr>
        <w:spacing w:line="34" w:lineRule="exact"/>
        <w:rPr>
          <w:lang w:val="ru-RU"/>
        </w:rPr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13"/>
        <w:gridCol w:w="3515"/>
        <w:gridCol w:w="113"/>
        <w:gridCol w:w="3515"/>
      </w:tblGrid>
      <w:tr w:rsidR="00FA3F4C" w:rsidRPr="00DA5B6A">
        <w:trPr>
          <w:cantSplit/>
          <w:trHeight w:hRule="exact" w:val="1270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969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3555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10</w:t>
                  </w:r>
                </w:p>
              </w:tc>
              <w:tc>
                <w:tcPr>
                  <w:tcW w:w="35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</w:rPr>
                    <w:t>Монтаж датчика и вычислителя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941"/>
              </w:trPr>
              <w:tc>
                <w:tcPr>
                  <w:tcW w:w="3969" w:type="dxa"/>
                  <w:gridSpan w:val="2"/>
                  <w:tcMar>
                    <w:top w:w="34" w:type="dxa"/>
                    <w:left w:w="113" w:type="dxa"/>
                    <w:bottom w:w="17" w:type="dxa"/>
                    <w:right w:w="57" w:type="dxa"/>
                  </w:tcMar>
                  <w:vAlign w:val="center"/>
                </w:tcPr>
                <w:p w:rsidR="00DA5B6A" w:rsidRDefault="00AF2598">
                  <w:pPr>
                    <w:spacing w:line="168" w:lineRule="exact"/>
                    <w:rPr>
                      <w:rFonts w:cs="Arial"/>
                      <w:sz w:val="15"/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□ Компактное исполнение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 xml:space="preserve">□ Раздельное исполнение, длина кабеля _____ </w:t>
                  </w:r>
                  <w:proofErr w:type="gramStart"/>
                  <w:r w:rsidRPr="00A263CA">
                    <w:rPr>
                      <w:rFonts w:cs="Arial"/>
                      <w:sz w:val="15"/>
                      <w:lang w:val="ru-RU"/>
                    </w:rPr>
                    <w:t>м</w:t>
                  </w:r>
                  <w:proofErr w:type="gramEnd"/>
                  <w:r w:rsidRPr="00A263CA">
                    <w:rPr>
                      <w:rFonts w:cs="Arial"/>
                      <w:sz w:val="15"/>
                      <w:lang w:val="ru-RU"/>
                    </w:rPr>
                    <w:t xml:space="preserve"> </w:t>
                  </w:r>
                </w:p>
                <w:p w:rsidR="00FA3F4C" w:rsidRPr="00A263CA" w:rsidRDefault="00AF2598">
                  <w:pPr>
                    <w:spacing w:line="168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(не более 150 м)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Pr="00A263CA" w:rsidRDefault="00FA3F4C">
            <w:pPr>
              <w:rPr>
                <w:lang w:val="ru-RU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51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3101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11</w:t>
                  </w:r>
                </w:p>
              </w:tc>
              <w:tc>
                <w:tcPr>
                  <w:tcW w:w="3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Выходные сигналы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941"/>
              </w:trPr>
              <w:tc>
                <w:tcPr>
                  <w:tcW w:w="3515" w:type="dxa"/>
                  <w:gridSpan w:val="2"/>
                  <w:tcMar>
                    <w:top w:w="26" w:type="dxa"/>
                    <w:left w:w="91" w:type="dxa"/>
                    <w:bottom w:w="11" w:type="dxa"/>
                    <w:right w:w="45" w:type="dxa"/>
                  </w:tcMar>
                  <w:vAlign w:val="center"/>
                </w:tcPr>
                <w:p w:rsidR="00FA3F4C" w:rsidRPr="00A263CA" w:rsidRDefault="00AF2598" w:rsidP="00CB3564">
                  <w:pPr>
                    <w:spacing w:line="156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Частотно-импульсный (0–10 кГц)     </w:t>
                  </w:r>
                  <w:r w:rsidR="00CB3564" w:rsidRPr="00CB3564">
                    <w:rPr>
                      <w:rFonts w:cs="Arial"/>
                      <w:sz w:val="14"/>
                      <w:lang w:val="ru-RU"/>
                    </w:rPr>
                    <w:t xml:space="preserve"> 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</w:t>
                  </w:r>
                  <w:r>
                    <w:rPr>
                      <w:rFonts w:cs="Arial"/>
                      <w:sz w:val="14"/>
                    </w:rPr>
                    <w:t>RS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t>-485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 xml:space="preserve">□ Аналоговый (4–20 мА)                  </w:t>
                  </w:r>
                  <w:r w:rsidR="00CB3564" w:rsidRPr="00CB3564">
                    <w:rPr>
                      <w:rFonts w:cs="Arial"/>
                      <w:sz w:val="14"/>
                      <w:lang w:val="ru-RU"/>
                    </w:rPr>
                    <w:t xml:space="preserve">      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</w:t>
                  </w:r>
                  <w:r>
                    <w:rPr>
                      <w:rFonts w:cs="Arial"/>
                      <w:sz w:val="14"/>
                    </w:rPr>
                    <w:t>HART</w:t>
                  </w:r>
                  <w:proofErr w:type="gramStart"/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>□ Д</w:t>
                  </w:r>
                  <w:proofErr w:type="gramEnd"/>
                  <w:r w:rsidRPr="00A263CA">
                    <w:rPr>
                      <w:rFonts w:cs="Arial"/>
                      <w:sz w:val="14"/>
                      <w:lang w:val="ru-RU"/>
                    </w:rPr>
                    <w:t>ругое __________________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Pr="00A263CA" w:rsidRDefault="00FA3F4C">
            <w:pPr>
              <w:rPr>
                <w:lang w:val="ru-RU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51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3101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12</w:t>
                  </w:r>
                </w:p>
              </w:tc>
              <w:tc>
                <w:tcPr>
                  <w:tcW w:w="310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8"/>
                    </w:rPr>
                    <w:t>Питание расходомера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941"/>
              </w:trPr>
              <w:tc>
                <w:tcPr>
                  <w:tcW w:w="3515" w:type="dxa"/>
                  <w:gridSpan w:val="2"/>
                  <w:tcMar>
                    <w:top w:w="20" w:type="dxa"/>
                    <w:left w:w="113" w:type="dxa"/>
                    <w:bottom w:w="11" w:type="dxa"/>
                    <w:right w:w="45" w:type="dxa"/>
                  </w:tcMar>
                  <w:vAlign w:val="center"/>
                </w:tcPr>
                <w:p w:rsidR="00FA3F4C" w:rsidRPr="00A263CA" w:rsidRDefault="00AF2598">
                  <w:pPr>
                    <w:spacing w:line="156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</w:t>
                  </w:r>
                  <w:r>
                    <w:rPr>
                      <w:rFonts w:cs="Arial"/>
                      <w:sz w:val="14"/>
                    </w:rPr>
                    <w:t>DC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24</w:t>
                  </w:r>
                  <w:proofErr w:type="gramStart"/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В</w:t>
                  </w:r>
                  <w:proofErr w:type="gramEnd"/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 xml:space="preserve">□ </w:t>
                  </w:r>
                  <w:r>
                    <w:rPr>
                      <w:rFonts w:cs="Arial"/>
                      <w:sz w:val="14"/>
                    </w:rPr>
                    <w:t>AC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220 В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>□ Интеллектуальное питание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>□ Другое __________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</w:tr>
    </w:tbl>
    <w:p w:rsidR="00FA3F4C" w:rsidRPr="00A263CA" w:rsidRDefault="00FA3F4C">
      <w:pPr>
        <w:spacing w:line="34" w:lineRule="exact"/>
        <w:rPr>
          <w:lang w:val="ru-RU"/>
        </w:rPr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47"/>
        <w:gridCol w:w="113"/>
        <w:gridCol w:w="2721"/>
        <w:gridCol w:w="113"/>
        <w:gridCol w:w="3231"/>
      </w:tblGrid>
      <w:tr w:rsidR="00FA3F4C">
        <w:trPr>
          <w:cantSplit/>
          <w:trHeight w:hRule="exact" w:val="1587"/>
        </w:trPr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46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4632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13</w:t>
                  </w:r>
                </w:p>
              </w:tc>
              <w:tc>
                <w:tcPr>
                  <w:tcW w:w="46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</w:rPr>
                    <w:t>Дополнительная комплектация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1259"/>
              </w:trPr>
              <w:tc>
                <w:tcPr>
                  <w:tcW w:w="5046" w:type="dxa"/>
                  <w:gridSpan w:val="2"/>
                  <w:tcMar>
                    <w:top w:w="26" w:type="dxa"/>
                    <w:left w:w="113" w:type="dxa"/>
                    <w:bottom w:w="11" w:type="dxa"/>
                    <w:right w:w="45" w:type="dxa"/>
                  </w:tcMar>
                  <w:vAlign w:val="center"/>
                </w:tcPr>
                <w:p w:rsidR="00CB3564" w:rsidRDefault="00AF2598">
                  <w:pPr>
                    <w:spacing w:line="162" w:lineRule="exact"/>
                    <w:rPr>
                      <w:rFonts w:cs="Arial"/>
                      <w:sz w:val="14"/>
                    </w:rPr>
                  </w:pP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Комплект ответных фланцев, КМЧ     □ </w:t>
                  </w:r>
                  <w:proofErr w:type="gramStart"/>
                  <w:r w:rsidRPr="00A263CA">
                    <w:rPr>
                      <w:rFonts w:cs="Arial"/>
                      <w:sz w:val="14"/>
                      <w:lang w:val="ru-RU"/>
                    </w:rPr>
                    <w:t>ПО</w:t>
                  </w:r>
                  <w:proofErr w:type="gramEnd"/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</w:t>
                  </w:r>
                  <w:proofErr w:type="gramStart"/>
                  <w:r w:rsidRPr="00A263CA">
                    <w:rPr>
                      <w:rFonts w:cs="Arial"/>
                      <w:sz w:val="14"/>
                      <w:lang w:val="ru-RU"/>
                    </w:rPr>
                    <w:t>для</w:t>
                  </w:r>
                  <w:proofErr w:type="gramEnd"/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конфигурирования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 xml:space="preserve">□ Кабель                                     </w:t>
                  </w:r>
                  <w:r w:rsidR="00CB3564" w:rsidRPr="00CB3564">
                    <w:rPr>
                      <w:rFonts w:cs="Arial"/>
                      <w:sz w:val="14"/>
                      <w:lang w:val="ru-RU"/>
                    </w:rPr>
                    <w:t xml:space="preserve">             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□ Конические переходы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 xml:space="preserve">□ Кабельные вводы                         </w:t>
                  </w:r>
                  <w:r w:rsidR="00CB3564" w:rsidRPr="00CB3564">
                    <w:rPr>
                      <w:rFonts w:cs="Arial"/>
                      <w:sz w:val="14"/>
                      <w:lang w:val="ru-RU"/>
                    </w:rPr>
                    <w:t xml:space="preserve">        </w:t>
                  </w:r>
                </w:p>
                <w:p w:rsidR="00FA3F4C" w:rsidRPr="00A263CA" w:rsidRDefault="00AF2598" w:rsidP="00CB3564">
                  <w:pPr>
                    <w:spacing w:line="162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□ </w:t>
                  </w:r>
                  <w:proofErr w:type="spellStart"/>
                  <w:r w:rsidR="00CB3564">
                    <w:rPr>
                      <w:rFonts w:cs="Arial"/>
                      <w:sz w:val="14"/>
                      <w:lang w:val="ru-RU"/>
                    </w:rPr>
                    <w:t>Термочехол</w:t>
                  </w:r>
                  <w:proofErr w:type="spellEnd"/>
                  <w:r w:rsidRPr="00A263CA">
                    <w:rPr>
                      <w:rFonts w:cs="Arial"/>
                      <w:sz w:val="14"/>
                      <w:lang w:val="ru-RU"/>
                    </w:rPr>
                    <w:t xml:space="preserve"> </w:t>
                  </w:r>
                  <w:r w:rsidR="00CB3564">
                    <w:rPr>
                      <w:rFonts w:cs="Arial"/>
                      <w:sz w:val="14"/>
                      <w:lang w:val="ru-RU"/>
                    </w:rPr>
                    <w:t xml:space="preserve">(обогреваемый)      </w:t>
                  </w:r>
                  <w:r w:rsidR="00CB3564" w:rsidRPr="00A263CA">
                    <w:rPr>
                      <w:rFonts w:cs="Arial"/>
                      <w:sz w:val="14"/>
                      <w:lang w:val="ru-RU"/>
                    </w:rPr>
                    <w:t>□ Нет</w:t>
                  </w:r>
                  <w:proofErr w:type="gramStart"/>
                  <w:r w:rsidR="00CB3564" w:rsidRPr="00A263CA">
                    <w:rPr>
                      <w:rFonts w:cs="Arial"/>
                      <w:sz w:val="14"/>
                      <w:lang w:val="ru-RU"/>
                    </w:rPr>
                    <w:t xml:space="preserve">      □ Д</w:t>
                  </w:r>
                  <w:proofErr w:type="gramEnd"/>
                  <w:r w:rsidR="00CB3564" w:rsidRPr="00A263CA">
                    <w:rPr>
                      <w:rFonts w:cs="Arial"/>
                      <w:sz w:val="14"/>
                      <w:lang w:val="ru-RU"/>
                    </w:rPr>
                    <w:t>а</w:t>
                  </w:r>
                  <w:r w:rsidRPr="00A263CA">
                    <w:rPr>
                      <w:rFonts w:cs="Arial"/>
                      <w:sz w:val="14"/>
                      <w:lang w:val="ru-RU"/>
                    </w:rPr>
                    <w:br/>
                    <w:t>□ Другое __________________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Pr="00A263CA" w:rsidRDefault="00FA3F4C">
            <w:pPr>
              <w:rPr>
                <w:lang w:val="ru-RU"/>
              </w:rPr>
            </w:pP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272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2307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14</w:t>
                  </w:r>
                </w:p>
              </w:tc>
              <w:tc>
                <w:tcPr>
                  <w:tcW w:w="23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5"/>
                    </w:rPr>
                    <w:t>Требуемый уровень сервиса</w:t>
                  </w:r>
                </w:p>
              </w:tc>
            </w:tr>
            <w:tr w:rsidR="00FA3F4C" w:rsidRPr="00DA5B6A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1259"/>
              </w:trPr>
              <w:tc>
                <w:tcPr>
                  <w:tcW w:w="2721" w:type="dxa"/>
                  <w:gridSpan w:val="2"/>
                  <w:tcMar>
                    <w:top w:w="26" w:type="dxa"/>
                    <w:left w:w="113" w:type="dxa"/>
                    <w:bottom w:w="11" w:type="dxa"/>
                    <w:right w:w="45" w:type="dxa"/>
                  </w:tcMar>
                  <w:vAlign w:val="center"/>
                </w:tcPr>
                <w:p w:rsidR="00FA3F4C" w:rsidRPr="00A263CA" w:rsidRDefault="00AF2598" w:rsidP="00CB3564">
                  <w:pPr>
                    <w:spacing w:line="166" w:lineRule="exact"/>
                    <w:rPr>
                      <w:lang w:val="ru-RU"/>
                    </w:rPr>
                  </w:pPr>
                  <w:r w:rsidRPr="00A263CA">
                    <w:rPr>
                      <w:rFonts w:cs="Arial"/>
                      <w:sz w:val="15"/>
                      <w:lang w:val="ru-RU"/>
                    </w:rPr>
                    <w:t>□ Шеф-монтаж</w:t>
                  </w:r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□ ПНР</w:t>
                  </w:r>
                  <w:proofErr w:type="gramStart"/>
                  <w:r w:rsidRPr="00A263CA">
                    <w:rPr>
                      <w:rFonts w:cs="Arial"/>
                      <w:sz w:val="15"/>
                      <w:lang w:val="ru-RU"/>
                    </w:rPr>
                    <w:br/>
                    <w:t>□ Д</w:t>
                  </w:r>
                  <w:proofErr w:type="gramEnd"/>
                  <w:r w:rsidRPr="00A263CA">
                    <w:rPr>
                      <w:rFonts w:cs="Arial"/>
                      <w:sz w:val="15"/>
                      <w:lang w:val="ru-RU"/>
                    </w:rPr>
                    <w:t>ругое ______________</w:t>
                  </w:r>
                </w:p>
              </w:tc>
            </w:tr>
          </w:tbl>
          <w:p w:rsidR="00FA3F4C" w:rsidRPr="00A263CA" w:rsidRDefault="00FA3F4C">
            <w:pPr>
              <w:spacing w:line="20" w:lineRule="exact"/>
              <w:rPr>
                <w:lang w:val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A3F4C" w:rsidRPr="00A263CA" w:rsidRDefault="00FA3F4C">
            <w:pPr>
              <w:rPr>
                <w:lang w:val="ru-RU"/>
              </w:rPr>
            </w:pPr>
          </w:p>
        </w:tc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3231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"/>
              <w:gridCol w:w="2817"/>
            </w:tblGrid>
            <w:tr w:rsidR="00FA3F4C">
              <w:trPr>
                <w:cantSplit/>
                <w:trHeight w:hRule="exact" w:val="323"/>
              </w:trPr>
              <w:tc>
                <w:tcPr>
                  <w:tcW w:w="4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E30613"/>
                  <w:tcMar>
                    <w:top w:w="11" w:type="dxa"/>
                    <w:left w:w="23" w:type="dxa"/>
                    <w:bottom w:w="11" w:type="dxa"/>
                    <w:right w:w="23" w:type="dxa"/>
                  </w:tcMar>
                  <w:vAlign w:val="center"/>
                </w:tcPr>
                <w:p w:rsidR="00FA3F4C" w:rsidRDefault="00AF2598">
                  <w:pPr>
                    <w:spacing w:line="210" w:lineRule="exact"/>
                    <w:jc w:val="center"/>
                  </w:pPr>
                  <w:r>
                    <w:rPr>
                      <w:rFonts w:cs="Arial"/>
                      <w:b/>
                      <w:color w:val="FFFFFF"/>
                      <w:sz w:val="22"/>
                    </w:rPr>
                    <w:t>15</w:t>
                  </w:r>
                </w:p>
              </w:tc>
              <w:tc>
                <w:tcPr>
                  <w:tcW w:w="2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DE8EF"/>
                  <w:tcMar>
                    <w:top w:w="17" w:type="dxa"/>
                    <w:left w:w="74" w:type="dxa"/>
                    <w:bottom w:w="11" w:type="dxa"/>
                    <w:right w:w="40" w:type="dxa"/>
                  </w:tcMar>
                  <w:vAlign w:val="center"/>
                </w:tcPr>
                <w:p w:rsidR="00FA3F4C" w:rsidRDefault="00AF2598">
                  <w:pPr>
                    <w:spacing w:line="168" w:lineRule="exact"/>
                  </w:pPr>
                  <w:r>
                    <w:rPr>
                      <w:rFonts w:cs="Arial"/>
                      <w:b/>
                      <w:sz w:val="15"/>
                    </w:rPr>
                    <w:t>Дополнительные требования</w:t>
                  </w:r>
                </w:p>
              </w:tc>
            </w:tr>
            <w:tr w:rsidR="00FA3F4C">
              <w:tblPrEx>
                <w:tblBorders>
                  <w:top w:val="single" w:sz="4" w:space="0" w:color="B7C9D6"/>
                  <w:left w:val="single" w:sz="4" w:space="0" w:color="B7C9D6"/>
                  <w:bottom w:val="single" w:sz="4" w:space="0" w:color="B7C9D6"/>
                  <w:right w:val="single" w:sz="4" w:space="0" w:color="B7C9D6"/>
                  <w:insideH w:val="none" w:sz="0" w:space="0" w:color="auto"/>
                  <w:insideV w:val="none" w:sz="0" w:space="0" w:color="auto"/>
                </w:tblBorders>
              </w:tblPrEx>
              <w:trPr>
                <w:cantSplit/>
                <w:trHeight w:hRule="exact" w:val="1259"/>
              </w:trPr>
              <w:tc>
                <w:tcPr>
                  <w:tcW w:w="3231" w:type="dxa"/>
                  <w:gridSpan w:val="2"/>
                  <w:tcMar>
                    <w:top w:w="26" w:type="dxa"/>
                    <w:left w:w="170" w:type="dxa"/>
                    <w:bottom w:w="11" w:type="dxa"/>
                    <w:right w:w="113" w:type="dxa"/>
                  </w:tcMar>
                  <w:vAlign w:val="center"/>
                </w:tcPr>
                <w:p w:rsidR="00FA3F4C" w:rsidRDefault="00AF2598">
                  <w:pPr>
                    <w:spacing w:line="166" w:lineRule="exact"/>
                  </w:pPr>
                  <w:r>
                    <w:rPr>
                      <w:rFonts w:cs="Arial"/>
                      <w:sz w:val="15"/>
                    </w:rPr>
                    <w:t>__________________________</w:t>
                  </w:r>
                  <w:r>
                    <w:rPr>
                      <w:rFonts w:cs="Arial"/>
                      <w:sz w:val="15"/>
                    </w:rPr>
                    <w:br/>
                    <w:t>__________________________</w:t>
                  </w:r>
                  <w:r>
                    <w:rPr>
                      <w:rFonts w:cs="Arial"/>
                      <w:sz w:val="15"/>
                    </w:rPr>
                    <w:br/>
                    <w:t>__________________________</w:t>
                  </w:r>
                  <w:r>
                    <w:rPr>
                      <w:rFonts w:cs="Arial"/>
                      <w:sz w:val="15"/>
                    </w:rPr>
                    <w:br/>
                    <w:t>__________________________</w:t>
                  </w:r>
                </w:p>
              </w:tc>
            </w:tr>
          </w:tbl>
          <w:p w:rsidR="00FA3F4C" w:rsidRDefault="00FA3F4C">
            <w:pPr>
              <w:spacing w:line="20" w:lineRule="exact"/>
            </w:pPr>
          </w:p>
        </w:tc>
      </w:tr>
    </w:tbl>
    <w:p w:rsidR="00FA3F4C" w:rsidRDefault="00FA3F4C">
      <w:pPr>
        <w:spacing w:line="57" w:lineRule="exact"/>
      </w:pPr>
    </w:p>
    <w:tbl>
      <w:tblPr>
        <w:tblW w:w="112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53"/>
        <w:gridCol w:w="2154"/>
        <w:gridCol w:w="2041"/>
        <w:gridCol w:w="1757"/>
        <w:gridCol w:w="1417"/>
        <w:gridCol w:w="1703"/>
      </w:tblGrid>
      <w:tr w:rsidR="00FA3F4C">
        <w:trPr>
          <w:cantSplit/>
          <w:trHeight w:hRule="exact" w:val="45"/>
        </w:trPr>
        <w:tc>
          <w:tcPr>
            <w:tcW w:w="11226" w:type="dxa"/>
            <w:gridSpan w:val="6"/>
            <w:tcBorders>
              <w:top w:val="single" w:sz="18" w:space="0" w:color="E30613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A3F4C" w:rsidRDefault="00FA3F4C"/>
        </w:tc>
      </w:tr>
      <w:tr w:rsidR="00FA3F4C" w:rsidTr="00CB3564">
        <w:trPr>
          <w:cantSplit/>
          <w:trHeight w:hRule="exact" w:val="965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34" w:type="dxa"/>
              <w:bottom w:w="11" w:type="dxa"/>
              <w:right w:w="34" w:type="dxa"/>
            </w:tcMar>
            <w:vAlign w:val="center"/>
          </w:tcPr>
          <w:p w:rsidR="00FA3F4C" w:rsidRDefault="00FA3F4C">
            <w:pPr>
              <w:spacing w:line="110" w:lineRule="exact"/>
            </w:pP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34" w:type="dxa"/>
              <w:bottom w:w="11" w:type="dxa"/>
              <w:right w:w="17" w:type="dxa"/>
            </w:tcMar>
            <w:vAlign w:val="center"/>
          </w:tcPr>
          <w:p w:rsidR="00FA3F4C" w:rsidRPr="0086486B" w:rsidRDefault="00AF2598" w:rsidP="00CB3564">
            <w:pPr>
              <w:spacing w:before="240" w:line="276" w:lineRule="auto"/>
              <w:rPr>
                <w:rFonts w:ascii="Times New Roman" w:hAnsi="Times New Roman" w:cs="Times New Roman"/>
                <w:sz w:val="22"/>
                <w:szCs w:val="18"/>
                <w:lang w:val="ru-RU"/>
              </w:rPr>
            </w:pPr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 xml:space="preserve">  443022, г. Самара,</w:t>
            </w:r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br/>
              <w:t xml:space="preserve">    пр-т Кирова, 22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34" w:type="dxa"/>
              <w:bottom w:w="11" w:type="dxa"/>
              <w:right w:w="17" w:type="dxa"/>
            </w:tcMar>
            <w:vAlign w:val="center"/>
          </w:tcPr>
          <w:p w:rsidR="00FA3F4C" w:rsidRPr="0086486B" w:rsidRDefault="00AF2598" w:rsidP="00CB3564">
            <w:pPr>
              <w:spacing w:before="240" w:line="152" w:lineRule="exact"/>
              <w:rPr>
                <w:rFonts w:ascii="Times New Roman" w:hAnsi="Times New Roman" w:cs="Times New Roman"/>
                <w:sz w:val="22"/>
                <w:szCs w:val="18"/>
                <w:lang w:val="ru-RU"/>
              </w:rPr>
            </w:pPr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 xml:space="preserve">  </w:t>
            </w:r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+7 (846) 26</w:t>
            </w:r>
            <w:r w:rsidR="0086486B"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>7</w:t>
            </w:r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-38-1</w:t>
            </w:r>
            <w:r w:rsidR="0086486B"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>6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34" w:type="dxa"/>
              <w:bottom w:w="11" w:type="dxa"/>
              <w:right w:w="17" w:type="dxa"/>
            </w:tcMar>
            <w:vAlign w:val="center"/>
          </w:tcPr>
          <w:p w:rsidR="00FA3F4C" w:rsidRPr="0086486B" w:rsidRDefault="00AF2598" w:rsidP="00CB3564">
            <w:pPr>
              <w:spacing w:before="240" w:line="152" w:lineRule="exact"/>
              <w:rPr>
                <w:rFonts w:ascii="Times New Roman" w:hAnsi="Times New Roman" w:cs="Times New Roman"/>
                <w:sz w:val="22"/>
                <w:szCs w:val="18"/>
                <w:lang w:val="ru-RU"/>
              </w:rPr>
            </w:pPr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 xml:space="preserve"> </w:t>
            </w:r>
            <w:r w:rsidR="0086486B" w:rsidRPr="0086486B">
              <w:rPr>
                <w:rFonts w:ascii="Times New Roman" w:hAnsi="Times New Roman" w:cs="Times New Roman"/>
                <w:sz w:val="22"/>
                <w:szCs w:val="18"/>
              </w:rPr>
              <w:t>info</w:t>
            </w:r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>@</w:t>
            </w:r>
            <w:proofErr w:type="spellStart"/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bacs</w:t>
            </w:r>
            <w:proofErr w:type="spellEnd"/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>.</w:t>
            </w:r>
            <w:proofErr w:type="spellStart"/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ru</w:t>
            </w:r>
            <w:proofErr w:type="spellEnd"/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br/>
              <w:t xml:space="preserve"> </w:t>
            </w:r>
            <w:proofErr w:type="spellStart"/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kom</w:t>
            </w:r>
            <w:proofErr w:type="spellEnd"/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>@</w:t>
            </w:r>
            <w:proofErr w:type="spellStart"/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bacs</w:t>
            </w:r>
            <w:proofErr w:type="spellEnd"/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>.</w:t>
            </w:r>
            <w:proofErr w:type="spellStart"/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ru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tcMar>
              <w:top w:w="34" w:type="dxa"/>
              <w:left w:w="23" w:type="dxa"/>
              <w:bottom w:w="11" w:type="dxa"/>
              <w:right w:w="6" w:type="dxa"/>
            </w:tcMar>
            <w:vAlign w:val="center"/>
          </w:tcPr>
          <w:p w:rsidR="00FA3F4C" w:rsidRPr="0086486B" w:rsidRDefault="00AF2598" w:rsidP="00CB3564">
            <w:pPr>
              <w:spacing w:before="240" w:line="152" w:lineRule="exact"/>
              <w:rPr>
                <w:rFonts w:ascii="Times New Roman" w:hAnsi="Times New Roman" w:cs="Times New Roman"/>
                <w:sz w:val="22"/>
                <w:szCs w:val="18"/>
              </w:rPr>
            </w:pPr>
            <w:r w:rsidRPr="0086486B">
              <w:rPr>
                <w:rFonts w:ascii="Times New Roman" w:hAnsi="Times New Roman" w:cs="Times New Roman"/>
                <w:sz w:val="22"/>
                <w:szCs w:val="18"/>
                <w:lang w:val="ru-RU"/>
              </w:rPr>
              <w:t xml:space="preserve">  </w:t>
            </w:r>
            <w:r w:rsidRPr="0086486B">
              <w:rPr>
                <w:rFonts w:ascii="Times New Roman" w:hAnsi="Times New Roman" w:cs="Times New Roman"/>
                <w:sz w:val="22"/>
                <w:szCs w:val="18"/>
              </w:rPr>
              <w:t>www.bacs.ru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34" w:type="dxa"/>
              <w:bottom w:w="11" w:type="dxa"/>
              <w:right w:w="34" w:type="dxa"/>
            </w:tcMar>
            <w:vAlign w:val="center"/>
          </w:tcPr>
          <w:p w:rsidR="00FA3F4C" w:rsidRDefault="00FA3F4C">
            <w:pPr>
              <w:spacing w:line="20" w:lineRule="exact"/>
            </w:pPr>
          </w:p>
        </w:tc>
      </w:tr>
    </w:tbl>
    <w:p w:rsidR="00AF2598" w:rsidRDefault="00AF2598"/>
    <w:sectPr w:rsidR="00AF2598" w:rsidSect="00034616">
      <w:pgSz w:w="11906" w:h="16838"/>
      <w:pgMar w:top="255" w:right="340" w:bottom="255" w:left="3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330FD"/>
    <w:rsid w:val="0015074B"/>
    <w:rsid w:val="0029639D"/>
    <w:rsid w:val="00326F90"/>
    <w:rsid w:val="0086486B"/>
    <w:rsid w:val="00A263CA"/>
    <w:rsid w:val="00AA1D8D"/>
    <w:rsid w:val="00AF2598"/>
    <w:rsid w:val="00B47730"/>
    <w:rsid w:val="00BB4800"/>
    <w:rsid w:val="00CB0664"/>
    <w:rsid w:val="00CB3564"/>
    <w:rsid w:val="00DA5B6A"/>
    <w:rsid w:val="00FA3F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160" w:lineRule="exact"/>
    </w:pPr>
    <w:rPr>
      <w:rFonts w:ascii="Arial" w:eastAsia="Arial" w:hAnsi="Arial"/>
      <w:color w:val="0B1D33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263CA"/>
    <w:pPr>
      <w:spacing w:line="240" w:lineRule="auto"/>
    </w:pPr>
    <w:rPr>
      <w:rFonts w:ascii="Tahoma" w:hAnsi="Tahoma" w:cs="Tahoma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263CA"/>
    <w:rPr>
      <w:rFonts w:ascii="Tahoma" w:eastAsia="Arial" w:hAnsi="Tahoma" w:cs="Tahoma"/>
      <w:color w:val="0B1D3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160" w:lineRule="exact"/>
    </w:pPr>
    <w:rPr>
      <w:rFonts w:ascii="Arial" w:eastAsia="Arial" w:hAnsi="Arial"/>
      <w:color w:val="0B1D33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A263CA"/>
    <w:pPr>
      <w:spacing w:line="240" w:lineRule="auto"/>
    </w:pPr>
    <w:rPr>
      <w:rFonts w:ascii="Tahoma" w:hAnsi="Tahoma" w:cs="Tahoma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A263CA"/>
    <w:rPr>
      <w:rFonts w:ascii="Tahoma" w:eastAsia="Arial" w:hAnsi="Tahoma" w:cs="Tahoma"/>
      <w:color w:val="0B1D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250AF6-AA3E-4D74-B82A-B3C79804F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467</Words>
  <Characters>2668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Опросный лист для подбора исполнения массового кориолисового расходомера МИР</vt:lpstr>
      <vt:lpstr/>
    </vt:vector>
  </TitlesOfParts>
  <Manager/>
  <Company/>
  <LinksUpToDate>false</LinksUpToDate>
  <CharactersWithSpaces>3129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подбора исполнения массового кориолисового расходомера МИР</dc:title>
  <dc:subject>Редактируемый опросный лист ООО НТФ БАКС</dc:subject>
  <dc:creator>ООО НТФ БАКС</dc:creator>
  <cp:keywords>МИР, расходомер, опросный лист, БАКС</cp:keywords>
  <dc:description>generated by python-docx</dc:description>
  <cp:lastModifiedBy>Рыжова Екатерина</cp:lastModifiedBy>
  <cp:revision>6</cp:revision>
  <dcterms:created xsi:type="dcterms:W3CDTF">2013-12-23T23:15:00Z</dcterms:created>
  <dcterms:modified xsi:type="dcterms:W3CDTF">2026-09-15T09:05:00Z</dcterms:modified>
  <cp:category/>
</cp:coreProperties>
</file>